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אינפלציה: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ערך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שיכולים לגרום לעליית מחירים במשק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של מדידת שינוי מחירים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אינפלציה לבין חיים כלכליים יומיומיים של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אינפלציה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הכסף שווה פחות עם הזמן, ואפשר לקנות בו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פעם אפשר היה לקנות ב-100 שקל הרבה יותר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כנראה יקנו פחות מוצרים מהיום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אינפלציה – תרגול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גורמת לכך שאפשר לקנות פחות מוצרים באותו 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עליית מחירים לאורך זמן היא ביטוי של 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אינפלציה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אינפלציה – חשיבה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למה המחירים עולים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המחיר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כמות המוצר שקיימת ומוצעת למכירה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למה המחירים עולים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עלויות ייצור והפעלה גבוהות יותר בדרך כלל מתגלגלות גם למחיר שהצרכן משלם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כשההיצע גדול והביקוש קטן, המחיר נוטה לרדת ולא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למה המחירים עולים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למה המחירים עולים – הסבר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איך מודדים אינפלציה – הכרת המדד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שבודק שינוי במחירים של סל מוצרים ושירותים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מוצרים ושירותים שאנשים צורכים בדרך כלל - מזון, דיור, תחבורה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איך מודדים אינפלציה – הבנת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המדד עולה כאשר המחירים עולים בממוצע, לא כשהם יורדים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את קצב האינפלציה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איך מודדים אינפלציה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איך מודדים אינפלציה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אינפלציה - המחירים עולים בממוצע)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 דפלציה - המחירים יורדים בממוצע)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(אין שינוי משמעותי במחירים)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(כולל מזון, דיור, ביגוד, תחבורה ועוד)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השפעת האינפלציה על המשפחה והחיסכון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הערך שלו יקטן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להם פחות יכולת לקנות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השפעת האינפלציה על המשפחה והחיסכון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פוגעת בכל משפחה שהכנסתה לא עולה באותו קצב כמו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אחרת ערך החיסכון בפועל קטן למרות שהסכום הנקוב נשאר או גדל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השפעת האינפלציה על המשפחה והחיסכון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השפעת האינפלציה על המשפחה והחיסכון – כתיבה ושיח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מה אפשר לעשות מול אינפלציה – הכרת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המחירים עולים אבל הכסף נשאר באותה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הפקדת כסף במטרה שיגדל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מה אפשר לעשות מול אינפלציה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הריבית מוסיפה כסף לחיסכון ויכולה לפצות חלקית על עליית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כשהשכר עולה יחד עם המחירים, אפשר להמשיך לקנות אותה כמות מוצרים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מה אפשר לעשות מול אינפלציה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השקעה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מה אפשר לעשות מול אינפלציה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(מגן חלקית מפני אינפלציה בזכות הריבית)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(עשויה להניב רווח גבוה יותר אך כוללת סיכון)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מגנה כלל מפני אינפלציה)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(שומרת על כוח הקנייה של העובד)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שאינפלציה פוגעת בכוח הקנייה - אותו סכום כסף קונה 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מציג דוגמה הגיונית ומקשר אותה לביקוש, היצע או עלויות 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שערך הכסף החסכון יורד אם האינפלציה גבוהה מהריבית על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בדוגמה אישית של תלמיד למוצר שהמחיר שלו השתנה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 מפגשים - הבנת המושג, גורמים ומדידה, והשפעה על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1-2 בלבד ולדלג על חישובי מדד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על מקרים היסטוריים של אינפלציה גבוהה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אינפלציה: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תלמדו מהי אינפלציה ואיך היא משנה את מה שאפשר לקנות בכסף שלנו. עברו על הפרקים לפי הסדר, ענו על השאלות בכתב, ונסו לחשוב על דוגמאות מהחיים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שכר  ·  יורד  ·  היצע  ·  אינפלציה  ·  קנייה  ·  השקעה  ·  לצרכן  ·  עלויות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זה אינפלציה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אינפלציה, במילים פשוטות?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הכסף שווה יותר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הכסף שווה פחות עם הזמן, ואפשר לקנות בו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המחירים יורדים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סבתא אומרת שפעם 100 שקל היו 'הרבה כסף'. למה היא מתכוונת?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טועה, זה תמיד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פעם אפשר היה לקנות ב-100 שקל הרבה יותר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פעם לא היה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אם יש אינפלציה, מה סביר שיקרה ל-100 ₪ של היום בעוד 10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יקנו בדיוק אותם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יקנו יותר מוצרים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כנראה יקנו פחות מוצרים מהיום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זה אינפלציה – תרגול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אומרת שעם הזמן אפשר לקנות יותר מוצרים באותו סכום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מחיר חטיף עולה משנה לשנה, זה יכול להיות סימן לאינפלציה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זה אינפלציה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כשיש אינפלציה, כוח הקנייה של הכסף __________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מחיר מוצר היה 5 שקל ועכשיו הוא 7 שקל, סביר שזה בגלל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 זה אינפלציה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למה המחירים עולים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כאשר הביקוש למוצר גדל והכמות שלו במחסן נשארת אותו דבר, מה קורה בדרך כלל למחיר?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נשאר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חברה שמייצרת חטיפים צריכה לשלם יותר כסף על החומרים שמהם מכינים את החטיף, מה סביר שיקרה למחיר החטיף?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יישאר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'היצע' של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אנשים רוצים לקנות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כמות המוצר שקיימת ומוצעת למכירה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למה המחירים עולים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עלות הדלק של חברות האוטובוסים עולה, זה יכול לגרום לעליית מחיר כרטיס האוטובוס.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כאשר יש הרבה מאוד מהמוצר בחנויות ומעט מאוד אנשים רוצים לקנות אותו, המחיר נוטה לעלות.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למה המחירים עולים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הרבה אנשים רוצים לקנות מוצר מסוים, אך יש ממנו מעט מאוד, אומרים שהביקוש גבוה וה__________ נמוך.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מחיר הסוכר שמשתמשים בו בייצור חטיפים עולה, זאת דוגמה לעלייה ב__________ הייצור.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למה המחירים עולים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איך מודדים אינפלציה – הכרת המדד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מדד המחירים לצרכן?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כלי שבודק שינוי במחירים של סל מוצרים ושירותים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חשבון הבנק הפרטי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הקונים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כולל ה'סל' שבודקים במדד?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מוצרים ושירותים שאנשים צורכים בדרך כלל - מזון, דיור, תחבורה ועוד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מחיר הדלק בתחנות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מחירי דירות למכירה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איך מודדים אינפלציה – הבנת השינוי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המדד עולה כאשר מחירי המוצרים בסל יורדים בממוצע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המדד עולה באחוז מסוים, סימן שבממוצע המחירים עלו באותו אחוז בערך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איך מודדים אינפלציה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מדד המחירים __________ עוזר לדעת אם יש אינפלציה במשק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איך מודדים אינפלציה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המדד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אין שינוי משמעותי במחירים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המדד יורד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אינפלציה - המחירים עולים בממוצע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המדד יציב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כולל מזון, דיור, ביגוד, תחבורה ועוד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הסל במדד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 דפלציה - המחירים יורדים בממוצע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השפעת האינפלציה על המשפחה והחיסכון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לכוח הקנייה של הכסף כשיש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משפחה ששמה כסף בתוך קופה בבית במשך שנים, מה יקרה לערך הכסף הזה אם 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הערך שלו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הערך שלו יקטן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הערך שלו לא משתנה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אם המחירים עולים אבל המשכורת של ההורים נשארת אותו דבר, מה קורה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להם יותר כסף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להם פחות יכולת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השפעת האינפלציה על המשפחה והחיסכון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פוגעת רק בעשירים ולא במשפחות רגילות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המחירים עולים ב-5% בשנה, כדאי לבדוק שהחיסכון גדל לפחות באותו 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השפעת האינפלציה על המשפחה והחיסכון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כשהמחירים עולים וההכנסה נשארת זהה, כוח ה__________ של המשפחה יורד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השפעת האינפלציה על המשפחה והחיסכון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מה אפשר לעשות מול אינפלציה – הכרת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כסף ששמור בבית (למשל מתחת לכרית) מאבד מערכו עם הזמן בתקופת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שטרות מתבלים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המחירים עולים אבל הכסף נשאר באותה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הבנק לוקח ממנו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"השקעה"?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הפקדת כסף במטרה שיגדל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הוצאת כל הכסף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החבאת כסף בארון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מה אפשר לעשות מול אינפלציה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בבנק עם ריבית יכול לעזור להתמודד עם אינפלציה.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השכר עולה באותו קצב כמו המחירים, כוח הקנייה של העובד נשאר כמעט 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מה אפשר לעשות מול אינפלציה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המחירים עולים אבל ה__________ של העובדים לא עולה, כוח הקנייה שלהם יורד.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הפקדת כסף בבנק או בקרן כדי שהוא יגדל עם הזמן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מה אפשר לעשות מול אינפלציה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חיסכון בבנק עם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שומרת על כוח הקנייה של העובד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השקעה במניות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מגנה כלל מפני אינפלציה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שמירת כסף מזומן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מגן חלקית מפני אינפלציה בזכות הריבית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הצמדת שכר למדד המחירים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עשויה להניב רווח גבוה יותר אך כוללת סיכון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במילים שלכם מה קורה כשיש אינפלציה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למוצר שהמחיר שלו עלה ותסבירו מה יכול לגרום לזה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אינפלציה: כשהכסף שווה 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