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אינפלציה – כשהכסף שווה פחות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אינפלציה: כשהכסף שווה 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אינפלציה וכיצד היא משפיעה על ערך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גורמים שיכולים לגרום לעליית מחירים במשק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הרעיון של מדידת שינוי מחירים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אינפלציה לבין חיים כלכליים יומיומיים של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אינפלציה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הכסף שווה פחות עם הזמן, ואפשר לקנות בו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פעם אפשר היה לקנות ב-100 שקל הרבה יותר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כנראה יקנו פחות מוצרים מהיום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כוח קנייה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אינפלציה – תרגול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אינפלציה גורמת לכך שאפשר לקנות פחות מוצרים באותו סכום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עליית מחירים לאורך זמן היא ביטוי של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בגלל אינפלציה הערך של הכסף יכול להשתנות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אינפלציה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 זה אינפלציה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מוצר ושינוי מחיר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המזכירה אינפלציה וירידת כוח קנייה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יצירתית עם דוגמה פשוטה, כמו מחיר ממתק שעולה עם השנים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למה המחירים עולים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המחיר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המחיר יעלה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כמות המוצר שקיימת ומוצעת למכירה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הרצון והיכולת של אנשים לקנות 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למה המחירים עולים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עלויות ייצור והפעלה גבוהות יותר בדרך כלל מתגלגלות גם למחיר שהצרכן משלם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כשההיצע גדול והביקוש קטן, המחיר נוטה לרדת ולא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הגורמים יכולים לפעול יחד ולהשפיע על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מחירים משתנים בהשפעת ביקוש, היצע ועלויות ייצור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למה המחירים עולים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למה המחירים עולים – הסבר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עליית עלויות ייצור/הפעלה (כמו דלק, תחזוקה) ועלייה בביקוש לנסיעות בעוד שההיצע לא גדל באותו קצב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התייחסות לביקוש, היצע או עלויות ייצור ביחס למוצר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איך מודדים אינפלציה – הכרת המדד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כלי שבודק שינוי במחירים של סל מוצרים ושירותים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מוצרים ושירותים שאנשים צורכים בדרך כלל - מזון, דיור, תחבורה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איך מודדים אינפלציה – הבנת השינוי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המדד עולה כאשר המחירים עולים בממוצע, לא כשהם יורדים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בודקים את קצב האינפלציה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איך מודדים אינפלציה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לצרכן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איך מודדים אינפלציה – חיבור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(יש אינפלציה - המחירים עולים בממוצע)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(יש דפלציה - המחירים יורדים בממוצע)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(אין שינוי משמעותי במחירים)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(כולל מזון, דיור, ביגוד, תחבורה ועוד)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השפעת האינפלציה על המשפחה והחיסכון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הערך שלו יקטן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 להם פחות יכולת לקנות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מאבד מערכו האמיתי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השפעת האינפלציה על המשפחה והחיסכון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אינפלציה פוגעת בכל משפחה שהכנסתה לא עולה באותו קצב כמו המחירים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אחרת ערך החיסכון בפועל קטן למרות שהסכום הנקוב נשאר או גדל מעט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אינפלציה שוחקת את ערך הכסף גם אם הסכום עצמו לא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כדי להתמודד עם עליית המחירים יש צורך בתכנון תקציב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השפעת האינפלציה על המשפחה והחיסכון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השפעת האינפלציה על המשפחה והחיסכון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הסבר שהמחירים עלו עם השנים (אינפלציה), ולכן אותו סכום קונה היום פחות מוצרים מאשר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סבירה: לבדוק שהחיסכון גדל בקצב דומה או מהיר יותר מעליית המחירים, לא להשאיר סכומים גדולים בלי תנועה לאורך זמן 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מה אפשר לעשות מול אינפלציה – הכרת מושגים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המחירים עולים אבל הכסף נשאר באותה 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הפקדת כסף במטרה שיגדל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מה אפשר לעשות מול אינפלציה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הריבית מוסיפה כסף לחיסכון ויכולה לפצות חלקית על עליית המחירים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כשהשכר עולה יחד עם המחירים, אפשר להמשיך לקנות אותה כמות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דווקא בעלי הכנסה קבועה עלולים להיפגע יותר, כי המשכורת שלהם לא תמיד עולה יחד עם המחירים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מה אפשר לעשות מול אינפלציה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השקעה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מה אפשר לעשות מול אינפלציה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(מגן חלקית מפני אינפלציה בזכות הריבית)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(עשויה להניב רווח גבוה יותר אך כוללת סיכון)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(לא מגנה כלל מפני אינפלציה)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(שומרת על כוח הקנייה של העובד)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שאינפלציה פוגעת בכוח הקנייה - אותו סכום כסף קונה 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מציג דוגמה הגיונית ומקשר אותה לביקוש, היצע או עלויות ייצור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שערך הכסף החסכון יורד אם האינפלציה גבוהה מהריבית על החיסכון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שיעור בדוגמה אישית של תלמיד למוצר שהמחיר שלו השתנה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לשלושה מפגשים - הבנת המושג, גורמים ומדידה, והשפעה על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בפרקים 1-2 בלבד ולדלג על חישובי מדד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על מקרים היסטוריים של אינפלציה גבוהה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אינפלציה – כשהכסף שווה פחות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אינפלציה: כשהכסף שווה 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מה זה אינפלציה. זה אומר שהכסף שווה פחות עם הזמן. נעבור על כל פרק לפי הסדר ונענה על השאלות.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אינפלציה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מחירים עולים וכסף שווה פחות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כוח קנייה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דברים אפשר לקנות עם סכום כסף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מדד המחירים לצרכן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שמודד כמה מחירי מוצרים השתנו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אנשים רוצים לקנות מוצר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מהמוצר קיים בשוק למכירה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ששומרים ולא מוציאים 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שמקבלים עבור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יוקר המחיירה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קשה לממן את הצרכים הבסיסיים בגלל מחירים גבוהים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השקעה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כסף במקום שיכול לגדול עם הזמן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זה אינפלציה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לכסף כשיש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הכסף שווה יותר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הכסף שווה פחות עם הזמן, ואפשר לקנות בו 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המחירים יורדים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מחירים לכסף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סבתא אומרת שפעם 100 שקל היו 'הרבה כסף'. למה היא מתכוונת?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טועה, זה תמיד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פעם אפשר היה לקנות ב-100 שקל הרבה יותר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פעם לא היה כסף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שקל פעם שווים פחות מהיום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יש אינפלציה, מה סביר שיקרה ל-100 ₪ של היום בעוד 10 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יקנו בדיוק אותם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יקנו יותר מוצרים מהיום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כנראה יקנו פחות מוצרים מהיום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ישתמשו בהם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ליכולת לקנות דברים עם סכום כסף מסוים?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מיסוי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חיסכון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זה אינפלציה – תרגול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אומרת שעם הזמן אפשר לקנות יותר מוצרים באותו סכום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מחיר חטיף עולה משנה לשנה, זה יכול להיות סימן לאינפלציה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100 ₪ תמיד שווים בדיוק אותו דבר, בכל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זה אינפלציה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כשיש אינפלציה, כוח הקנייה של הכסף __________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מחיר מוצר היה 5 שקל ועכשיו הוא 7 שקל, סביר שזה בגלל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ההורים של סבתא קנו ב-100 שקל __________ ממה שאפשר לקנות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 זה אינפלציה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מוצר שאתם קונים לעיתים קרובות. האם שמתם לב שהמחיר שלו השתנה עם הזמן?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100 שקל של היום לא בטוח יקנו את אותם דברים בעוד 10 שנים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הייתם מסבירים לילד קטן מה זה אינפלציה, איך הייתם עושים את זה בדוגמה פשוטה?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למה המחירים עולים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יותר אנשים שרוצים לקנות מוצר, אבל אין יותר ממנו. מה קורה למחיר?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נשאר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המוצר נעלם מהחנויות 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חברה שמייצרת חטיפים צריכה לשלם יותר כסף על החומרים שמהם מכינים את החטיף, מה סביר שיקרה למחיר החטיף?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יעלה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יישאר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ירד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החברה תפסיק לקבל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'היצע' של מוצר?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אנשים רוצים לקנות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כסף יש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כמות המוצר שקיימת ומוצעת למכירה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שהחנות קובעת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'ביקוש' של מוצר?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המוצר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הרצון והיכולת של אנשים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עלות הייצור של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 המוצר לפני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למה המחירים עולים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עלות הדלק של חברות האוטובוסים עולה, זה יכול לגרום לעליית מחיר כרטיס האוטובוס.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כאשר יש הרבה מאוד מהמוצר בחנויות ומעט מאוד אנשים רוצים לקנות אותו, המחיר נוטה לעלות.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עליית מחירים יכולה לנבוע גם משילוב של ביקוש גבוה וגם עלויות ייצור גבוהות יחד.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חטיף תמיד נשאר זהה לאורך השנים ולא מושפע מכלום.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למה המחירים עולים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הרבה אנשים רוצים לקנות מוצר מסוים, אך יש ממנו מעט מאוד, אומרים שהביקוש גבוה וה__________ נמוך.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מחיר הסוכר שמשתמשים בו בייצור חטיפים עולה, זאת דוגמה לעלייה ב__________ הייצור.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למה המחירים עולים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מחיר כרטיס אוטובוס יכול לעלות משנה לשנה? תנו שתי סיבות אפשריות.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מוצר שאתם קונים לעיתים קרובות (חטיף, כרטיס, משחק). נסו להסביר מה יכול לגרום למחיר שלו לעלות בעתיד.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איך מודדים אינפלציה – הכרת המדד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המדד הזה בודק?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שבודק שינוי במחירים של סל מוצרים ושירותים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חשבון הבנק הפרטי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הקונים בחנויות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שער הדולר מול השקל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מוצרים נכנסים לסל הבדיקה?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מוצרים ושירותים שאנשים צורכים בדרך כלל - מזון, דיור, תחבורה ועוד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מחיר הדלק בתחנות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מחירי דירות למכירה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משכורות עובדים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איך מודדים אינפלציה – הבנת השינוי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המדד עולה כאשר מחירי המוצרים בסל יורדים בממוצע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המדד עולה באחוז מסוים, סימן שבממוצע המחירים עלו באותו אחוז בערך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איך מודדים אינפלציה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מדד המחירים __________ עוזר לדעת אם יש אינפלציה במשק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איך מודדים אינפלציה – חיבור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המדד 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אין שינוי משמעותי במחירים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המדד יורד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כולל מזון, דיור, ביגוד, תחבורה ועוד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המדד יציב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דפלציה - המחירים יורדים בממוצע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הסל במדד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 אינפלציה - המחירים עולים בממוצע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השפעת האינפלציה על המשפחה והחיסכון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כשיש אינפלציה, אפשר לקנות עם אותו סכום... יותר או 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משפחה ששמה כסף בתוך קופה בבית במשך שנים, מה יקרה לערך הכסף הזה אם יש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הערך שלו יעלה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הערך שלו יקטן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הערך שלו לא משתנה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הכסף יעלם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המחירים עלו, המשכורת לא - מה קורה ליכולת הקנייה?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להם יותר כסף לקניות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להם פחות יכולת לקנות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מרוויחים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חיסכון שלא 'גדל' מספיק מהר ביחס לאינפלציה - מה קורה 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שומר על ערכו המלא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מאבד מערכו האמיתי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גדל פי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לו שום קשר לאינפלציה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השפעת האינפלציה על המשפחה והחיסכון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פוגעת רק בעשירים ולא במשפחות רגילות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המחירים עולים ב-5% בשנה, כדאי לבדוק שהחיסכון גדל לפחות באותו שיעור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שמונח בלי תנועה בבית שומר תמיד על ערכו המלא לאורך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שההוצאות שלה על מוצרים בסיסיים עולות, צריכה להתאים את התקציב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השפעת האינפלציה על המשפחה והחיסכון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כשהמחירים עולים וההכנסה נשארת זהה, כוח ה__________ של המשפחה יורד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כסף שנשמר בלי להתחשב באינפלציה מאבד מה__________ שלו עם הזמן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השפעת האינפלציה על המשפחה והחיסכון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סבתא מספרת ש-100 שקל פעם היו 'הרבה כסף' ואילו היום הם שווים 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עצה אחת למשפחה שרוצה להגן על החיסכון שלה מפני אינפלציה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מה אפשר לעשות מול אינפלציה – הכרת מושגים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כסף שמור בבית נהיה שווה 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שטרות מתבלים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המחירים עולים אבל הכסף נשאר באותה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הבנק לוקח ממנו חלק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שטרות מתכווצים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השקעה?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הפקדת כסף במטרה שיגדל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הוצאת כל הכסף על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החבאת כסף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נתינת כסף במתנה לחבר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מה אפשר לעשות מול אינפלציה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בבנק עם ריבית יכול לעזור להתמודד עם אינפלציה.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השכר עולה באותו קצב כמו המחירים, כוח הקנייה של העובד נשאר כמעט זהה.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פוגעת רק בעשירים ולא משפיעה על בעלי הכנסה קבועה.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מה אפשר לעשות מול אינפלציה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המחירים עולים אבל ה__________ של העובדים לא עולה, כוח הקנייה שלהם יורד.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הפקדת כסף בבנק או בקרן כדי שהוא יגדל עם הזמן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מה אפשר לעשות מול אינפלציה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חיסכון בבנק עם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עשויה להניב רווח גבוה יותר אך כוללת סיכון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השקעה במניות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מגנה כלל מפני אינפלציה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שמירת כסף מזומן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שומרת על כוח הקנייה של העובד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הצמדת שכר למדד המחירים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מגן חלקית מפני אינפלציה בזכות הריבית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במילים שלכם מה קורה כשיש אינפלציה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למוצר שהמחיר שלו עלה ותסבירו מה יכול לגרום לזה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אינפלציה יכולה להשפיע על חיסכון שיש למישהו בבנק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אינפלציה: כשהכסף שווה פחות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